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Times New Roman" w:hAnsi="Times New Roman" w:cs="Times New Roman" w:eastAsia="Times New Roman"/>
          <w:i w:val="0"/>
          <w:caps/>
          <w:color w:val="A24B32"/>
          <w:sz w:val="18"/>
          <w:spacing w:val="30"/>
        </w:rPr>
        <w:t>библиография</w:t>
      </w:r>
    </w:p>
    <w:p>
      <w:pPr>
        <w:spacing w:after="80"/>
      </w:pPr>
      <w:r>
        <w:rPr>
          <w:rFonts w:ascii="Times New Roman" w:hAnsi="Times New Roman" w:cs="Times New Roman" w:eastAsia="Times New Roman"/>
          <w:i w:val="0"/>
          <w:color w:val="1A1714"/>
          <w:sz w:val="40"/>
        </w:rPr>
        <w:t>Отцы Церкви: труды на русском языке</w:t>
      </w:r>
    </w:p>
    <w:p>
      <w:pPr>
        <w:spacing w:after="280"/>
        <w:pBdr>
          <w:bottom w:val="single" w:sz="12" w:space="4" w:color="A24B32"/>
        </w:pBdr>
      </w:pPr>
      <w:r>
        <w:rPr>
          <w:rFonts w:ascii="Times New Roman" w:hAnsi="Times New Roman" w:cs="Times New Roman" w:eastAsia="Times New Roman"/>
          <w:i w:val="0"/>
          <w:color w:val="6E675E"/>
          <w:sz w:val="22"/>
        </w:rPr>
        <w:t>Строго по годам, от самых ранних к поздним. От мужей апостольских до поздней Византии. 48 авторов, 1267 названий. Собрано 10.10.2026 по библиотеке azbyka.ru.</w:t>
      </w:r>
    </w:p>
    <w:p>
      <w:pPr>
        <w:jc w:val="both"/>
      </w:pP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Названия взяты со страниц авторов в библиотеке azbyka.ru, крупнейшем собрании патристики на русском языке. Это перечень того, что существует в русском переводе и доступно, а не полный состав сочинений каждого автора: часть написанного на русский не переводилась, часть утрачена.</w:t>
      </w:r>
    </w:p>
    <w:p>
      <w:pPr>
        <w:jc w:val="both"/>
      </w:pP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Авторы идут по году рождения или начала деятельности, разбиты по векам. Датировка приблизительная: у ранних авторов она спорна, и цифра перед именем служит для порядка, а не как точный факт. Внутри автора названия идут в том же порядке, что на странице библиотеки.</w:t>
      </w:r>
    </w:p>
    <w:p>
      <w:pPr>
        <w:jc w:val="both"/>
      </w:pP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Что в список не попало намеренно. Литература об авторе — книги и статьи других людей про этого отца — отсечена: иначе среди сочинений Оригена оказывается чужое исследование об учении Оригена о Святой Троице. Так же отсечены страницы переводов на другие языки. Внутри автора труды разложены по разделам каталога: догматика, Писание, письма, нравственно-аскетические.</w:t>
      </w:r>
    </w:p>
    <w:p>
      <w:pPr>
        <w:jc w:val="both"/>
      </w:pP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Аудио. У первых авторов под списком трудов стоит блок Аудио — записи самих текстов на YouTube, не лекции о них. Сейчас блок есть у 9 авторов из 48. Каждый адрес проверен на то, что запись существует и открыта; на слух записи не прослушивались, поэтому где канал ведёт чтение вместе с разбором, это помечено по его описанию, а не по содержанию. Где записи на русском нет, стоит английская с пометкой.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I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35 · Климент Римский (ок. 35 — ок. 99)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2 названия · azbyka.ru/otechnik/Kliment_Rimskij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 к коринфянам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 (Spuria)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 о девстве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Аудио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Первое послание к Коринфянам · Альфа и Омега · 1 ч 20 мин — youtu.be/umMg4yTTNOo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Коринфянам · СХИИГУМЕН ВАРНАВА ЛАРИЧЕВ · 2 ч 3 мин — youtu.be/_e_3FAPQJ40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Коринфянам, часть 1 · протоиерей Андрей Касуев · 37 мин — youtu.be/OhPERjFTcdE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Letter to the Corinthians · Catholic Culture · 1 ч 22 мин · на английском — youtu.be/9IXrYoxHs-I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35 · Игнатий Богоносец (ок. 35 — ок. 107)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7 названий · azbyka.ru/otechnik/Ignatij_Antiohijskij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Поликарпу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ефесянам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магнезийцам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римлянам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смирнянам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траллийцам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филадельфийцам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Аудио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Послания, все семь · АУДИОКНИГИ Экзегет.ру · 1 ч 29 мин — youtu.be/Rinqu4Zb6BU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 · Ибо Верую · 1 ч 59 мин — youtu.be/dnifiz7BaRQ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римлянам отдельно · ЕДЖЫД ТУЙ · 11 мин — youtu.be/o905raUlm_k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70 · Поликарп Смирнский (ок. 70 — ок. 156)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2 названия · azbyka.ru/otechnik/Polikarp_Smirnskij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Мученичество св. Поликарпа, епископа Смирнского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Филиппийцам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Аудио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Филиппийцам · СХИИГУМЕН ВАРНАВА ЛАРИЧЕВ · 18 мин — youtu.be/aFWcpj6aY4Y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Послания, часть 1 · Душеполезные книги · 30 мин — youtu.be/aN0rgKeK1-k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Послания, часть 2 · Душеполезные книги · 22 мин — youtu.be/X76G9OQd9-U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Мученичество Поликарпа · СХИИГУМЕН ВАРНАВА ЛАРИЧЕВ · 30 мин · написано не им: это рассказ Смирнской церкви о его смерти, в каталоге стоит среди его трудов — youtu.be/vyXe1FfE6v4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100 · Ерм (II век)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 название · azbyka.ru/otechnik/Erm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Пастырь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Аудио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Пастырь · АУДИОКНИГИ Экзегет.ру · 3 ч 24 мин — youtu.be/wBlfXyWWTuk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Пастырь · Ибо Верую · 3 ч 41 мин — youtu.be/8LpO74NcAno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100 · Иустин Философ (ок. 100 — ок. 165)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8 названий · azbyka.ru/otechnik/Iustin_Filosof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Апологетические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Апологии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Разговор с Трифоном иудеем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единовластительстве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Отрывок о воскресении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Диогниту (пер. А. Десницкого)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Диогнету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Речь к эллинам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Увещание к эллинам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Аудио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Диалог с Трифоном иудеем, целиком · Протест за ИСТИНУ · 6 ч 19 мин — youtu.be/i4mthr_Ps9s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Разговор с Трифоном иудеем · Documentaries · 5 ч 45 мин — youtu.be/7fkXJuQwkYY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Разговор с Трифоном, часть 1 из 4 · GANATLEBA TV · 1 ч 29 мин · дальше части 2, 3, 4 на том же канале — youtu.be/4s-z6jXMg8c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Первая апология, часть 1 · Храм Неопалимая Купина · 56 мин · чтение с разбором ведущего — youtu.be/9_0ETozO99A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Вторая апология · Храм Неопалимая Купина · 1 ч 19 мин · чтение с разбором ведущего — youtu.be/An8M73OsPmw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II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120 · Татиан Ассириец (ок. 120 — ок. 185)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2 названия · azbyka.ru/otechnik/Tatian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Апологетика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Речь против эллинов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к эллинам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120 · Феофил Антиохийский (ум. ок. 183)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 название · azbyka.ru/otechnik/Feofil_Antiohijskij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 книги к Автолику о вере христианской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Аудио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To Autolycus, все три книги · Theoria · 3 ч 6 мин · на английском — youtu.be/u4WTSWdNgDY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Автолику, книга 2 · Храм Неопалимая Купина · 1 ч 20 мин · чтение с разбором ведущего — youtu.be/dwqKlTc-bYw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130 · Ириней Лионский (ок. 130 — ок. 202)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2 названия · azbyka.ru/otechnik/Irinej_Lionskij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Догматико-полемические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Обличение и опровержение лжеименного знания (Против ересей)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Пастырско-катехизические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Доказательство апостольской проповеди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Аудио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Доказательство апостольской проповеди · Ибо Верую · 2 ч 42 мин — youtu.be/C1JW67HIBrY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Доказательство апостольской проповеди, частями · Душеполезные книги · 19 мин · продолжение там же — youtu.be/9hUN4RsLswM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Against Heresies, книга 1 глава 14 · Theoria · 12 мин · на английском, одна глава — youtu.be/9NZRQTulDbI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133 · Афинагор Афинский (II век)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2 названия · azbyka.ru/otechnik/Afinagor_Afinskij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Апологетические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воскресении мертвых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Прошение о христианах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Аудио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Прошение о христианах · Ибо Верую · 1 ч 46 мин — youtu.be/b9lYc3MJe8o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Прошение о христианах · Душеполезные книги · 1 ч 46 мин — youtu.be/LzbQRyeKMW0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воскресении мёртвых, часть 1 · Храм Неопалимая Купина · 1 ч 15 мин · чтение с разбором ведущего — youtu.be/n69EUUJEon8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On the Resurrection · Theoria · 1 ч 27 мин · на английском — youtu.be/C-U3kSugHCY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150 · Климент Александрийский (ок. 150 — ок. 215)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8 названий · azbyka.ru/otechnik/Kliment_Aleksandrijskij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Богословские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Увещевание к язычникам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Педагог (перевод А.Ю. Братухина)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Педагог (перевод Н.Н. Корсунского и свящ. Георгия Чистякова)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Строматы (перевод Н. Корсунского)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Строматы (перевод Е. Афонасина)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«Извлечения из Феодота» и «Избранные места из пророческих книг»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Кто из богатых спасется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Ипотипосы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Аудио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Педагог, все три книги · Documentaries · 10 ч 34 мин — youtu.be/RtThjUVbYoQ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Педагог, книга 1 главы 1–5 · GANATLEBA TV · 45 мин · книги 2 и 3 по главам там же — youtu.be/iWp4V9-qql0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Строматы, книга шестая · Artemius Zabelin · 28 мин · только эта книга, дальше главами на том же канале — youtu.be/tDnfqrk-ghw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Творения · ЕДЖЫД ТУЙ · 46 мин — youtu.be/gAt7cdnUiGE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155 · Тертуллиан (ок. 155 — ок. 220)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29 названий · azbyka.ru/otechnik/Tertullian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Апологетика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Апологетик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Скапуле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язычникам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идолопоклонстве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иудеев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Скорпиак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Догматико-полемические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воскресении плоти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крещении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плоти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прескрипции [против] еретиков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свидетельстве души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Валентиниан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Гермогена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Маркиона в пяти книгах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Праксея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венце воина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душе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женских украшениях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зрелищах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молитве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плаще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покаянии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терпении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целомудрии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одеянии женщин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жене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мученикам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Маркиона, в 5-ти книгах. Поэма, приписываемая Тертуллиану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Избранные сочинения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170 · Ипполит Римский (ок. 170 — ок. 235)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22 названия · azbyka.ru/otechnik/Ippolit_Rimskij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Фрагменты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двух разбойников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начало Исайи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Песнь песней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Притчи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Руфь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философских умозрениях или обличение всех ересей. Книга I. Книга IV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Обличение всех ересей. Фрагменты из книг VI-VIII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Обличение всех ересей. Книга X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ереси некоего Ноэта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Фрагмент из «Слова против эллинов», или «о Всеобщей причине против Платона»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Христе и антихристе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Изложение на основании Священного Писания о Христе и антихристе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Толкования на книгу пророка Даниила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«Песни песней»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благословения Иакова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Псевдоэпиграфические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Апостольское Предание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воскрешение Лазаря четверодневного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Богоявление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Обличение на иудеев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Philosophumena Or The Refutation Of All Heresies. Vol. 1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Philosophumena Or The Refutation Of All Heresies. Vol. 2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Refutation of All Heresies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185 · Ориген (ок. 185 — ок. 254)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18 названий · azbyka.ru/otechnik/Origen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Апологетические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Цельса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Догматическое богословие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началах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Священное Писание Нового Завета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Комментарий на Евангелие от Матфея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Гомилии на Евангелие от Луки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Комментарии на Евангелие от Иоанна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Священное Писание Ветхого Завета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Гомилии на Песнь Песней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Гомилии на книгу Бытия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Гомилии на Бытие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Гомилии на книгу Исход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Гомилии на книгу Левит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Гомилии на книгу Чисел. Книги I–III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Гомилии на Книгу Иисуса Навина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Гомилии на Книгу Судей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Песнь Песней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Гомилии на книгу пророка Исаии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к св. Григорию Чудотворцу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молитве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Увещание к мученичеству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200 · Киприан Карфагенский (ок. 200 — 258)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15 названий · azbyka.ru/otechnik/Kiprian_Karfagenskij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Трактаты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Деметриану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суете идолов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Квирину: 3 книги свидетельств против иудеев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единстве Церкви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одежде девственниц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падших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молитве Господней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смертности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благотворении и милостынях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благе терпения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ревности и зависти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Фортунату: Об увещании к мученичеству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Сомнительные труды (Dubia)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зрелищах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похвале мученичеству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III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213 · Григорий Неокесарийский (ок. 213 — ок. 270)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19 названий · azbyka.ru/otechnik/Grigorij_Chudotvorets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Творения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Благодарственная речь Оригену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Изложение веры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Переложение Екклезиаста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Феопомпу о возможности и невозможности страдания для Бога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Сомнительные труды (Dubia)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Татиану краткое слово о душе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Филагрию о единосущии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Фрагменты творений св. Григория Чудотворца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 (Spuria)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в честь Пресвятой Богородицы, Приснодевы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Благовещение Пресвятой Богородицы, 1-я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Благовещение Пресвятой Богородицы, 2-я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всех святых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Рождество Христово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Святое Богоявление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Двенадцать глав о вере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Заклинание иже во святых отца нашего архииерарха и чудотворца Григория на духов нечистых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Подробное изложение веры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Похвала Пресвятой Богородице и Приснодеве Марии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в честь первомученика и диакона святого Стефана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воплощении Господа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250 · Лактанций (ок. 250 — ок. 325)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5 названий · azbyka.ru/otechnik/Laktantsij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Апологетические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Божественные установления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Легенда о Фениксе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последних временах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смертях преследователей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творении Божием. О гневе Божием. О смерти гонителей. Эпитомы Божественных установлений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260 · Мефодий Патарский (ум. 312)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12 названий · azbyka.ru/otechnik/Mefodij_Olimpijskij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Догматико-полемические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Воскресении (против Оригена)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свободе воли (против Валентиниан)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сотворенном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Толкования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пиявице, о которой говорится в книге притчей, и о (словах)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различении яств и о телице, упоминаемой в книге Левит, пеплом которой окроплялись грешники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Отрывки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Краткие отрывки из разных сочинений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Пир десяти дев или о девстве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Песнь дев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жизни и о разумной деятельности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[С]истелию о проказе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 (Spuria)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в неделю Ваий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Симеоне и Анне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298 · Афанасий Великий (ок. 298 — 373)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66 названий · azbyka.ru/otechnik/Afanasij_Velikij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Апологетические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язычников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воплощении Бога-Слова, и о пришествии Его к нам во плоти (Перевод ТСО, 1902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воплощении (Переводчик неизвестен)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Догматико-полемические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на ариан. Слово 1-е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на ариан. Слово 2-е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на ариан. Слово 3-е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I. Праздничные (или пасхальные)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Праздничные (Пасхальные) 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Отрывок из 39-го праздничного послания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II. Соборные и окружные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Свиток к антиохийцам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императору Иовиану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Епископам африканским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Окружное послание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епископам Египта и Ливии окружное послание против ариан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III. Догматико-полемические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 к Серапиону, Епископу Тмуисскому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Эпиктету, Епископу коринфскому, против еретиков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Епископу и исповеднику Аделфию, против ариан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Максиму философу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о постановлениях Никейского Собора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Дионисии, епископе Александрийском, а именно, что он, как и Никейский Собор, думает противно арианской ереси, и напрасно клевещут на него ариане, будто бы он единомыслен с ними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Руфиниану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о Соборах, бывших в Аримине италийском и в Селевкии исаврийской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инокам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подвизающимся в иноческой жизни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IV. Нравственно-аскетические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Аммуну монаху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к Драконтию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V. Написанные по частным поводам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иконе Господа нашего Иисуса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Авве Орсисию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пресвитерам Иоанну и Антиоху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пресвитеру Палладию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Сказание об Аввах Феодоре и Паммоне блаженного Афанасия, епископа Александрийского, Аммону, епископу Елеархии, и Ермону, епископу Вумастик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чуде, бывшем в городе Берите от иконы Господа нашего Иисуса Христа, истинного Бога нашего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псалмы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Краткое обозрение Священного Писания Ветхого Завета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слова: «Вся мне предана́ суть Отцем Моим...» (Мф.11:27)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 Бесед на Евангелие от Матфея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 толкования на Евангелие от Луки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слепорожденном (Ин. 9)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Краткое обозрение Священного Писания Нового Завета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Историко-полемические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Защитительное слово против ариан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Защитительное слово Афанасия, архиепископа александрийского, перед царем Констанцием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Защитительное слово, в котором Свт. Афанасий оправдывает бегство свое во время гонения, произведенного дуком Сирианом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История ариан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Житие преп. Антония Великого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девстве, или о подвижничестве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Сомнительные труды (Dubia)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явлении во плоти Бога Слова, и против ариан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Маркеллину об истолковании псалмов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на ариан. Слово 4-е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 (Spuria)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Жизнь и деяния святой и блаженной учительницы [нашей] Синклитикии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Жизнь и деяния святой и славной матери нашей Синклитикии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храме в Афинах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князю Антиоху о многих и необходимых предметах темных, встречающихся в Божественных Писаниях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всех ересей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Апполинария книга первая. О воплощении Господа нашего Иисуса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Аполлинария книга вторая. О спасительном пришествии Христовом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Изложение веры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Пространнейшее о вере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Символ веры Афанасия Александрийского (Афанасиев Символ веры)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Символ, или Исповедание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Жизнь и наставления преподобной Синклитикии Александрийской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терпении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сочинений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Творения. Том I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Life of St. Anthony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Собрание сочинений свт. Афанасия Великого на греческом языке (Αγίου Αθανασίου του Μεγάλου Άπαντα τα Έργα)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On the Incarnation of the Word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Statement of Faith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On Luke 10:22 and Matthew 11:27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300 · Макарий Великий (ок. 300 — 391)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16 названий · azbyka.ru/otechnik/Makarij_Velikij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рукописей типа 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Великое послание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Духовные слова и 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X, XIX, XXI, XXIV, XXVII, XXVIII, XXXV, L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LII-LXIV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рукописей типа II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Духовные беседы (1–50)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Духовные беседы (51–57)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Семь слов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рукописей типа III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Новые духовные беседы I-XXVIII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Поучения I-VIII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чадам своим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Сборники, извлечения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Сборник по творениям прп. Макария Великого из первого тома «Добротолюбия» (составитель свт. Феофан Затворник)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Древние сказания и жития прп. Макария Великого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Новооткрытые сказания о преподобном Макарии Великом по коптскому сборнику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распятии Господнем и о терпении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аввы Макария Великого к чадам своим и ко всем верующим в Господа нашего Иисуса Христа, которое он услышал от ангела Божия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Симфонии или указатели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Алфавитный указатель предметов, содержащихся в творениях преподобного Maкapия Египетского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IV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306 · Ефрем Сирин (ок. 306 — 373)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61 название · azbyka.ru/otechnik/Efrem_Sirin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Священное Писание Нового Завета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Четвероевангелие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слова: «Два будета на селе...» (Мф.24:40)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слова: «И сия рек, гласом великим воззва: Лазаре, гряди вон»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слова, сказанные Господом: «В мире скорбни будете» (Ин.16:33), и о том, что человеку должно быть совершенным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Римлянам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1-е послание к Коринфянам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2-е послание к Коринфянам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Галатам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Ефесянам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Филиппийцам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Колоссянам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1-е послание к Фессалоникийцам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2-е послание к Фессалоникийцам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1-е послание к Тимофею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2-е послание к Тимофею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Титу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евреям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Толкования святого Ефрема Сирина на апокрифические послания Коринфян к апостолу Павлу и апостола Павла к Коринфянам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Современные переводы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«Послание к Публию» прп. Ефрема Сирина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Гимн Воскресению Христову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Воскресении, смерти и сатане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Церкви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страдания святого великомученика Вонифатия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Юлиановский цикл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Молитвословия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Молитвы ко Пресвятой Богородице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Молитвы на разные случаи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Слезные моления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Священное Писание Ветхого Завета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Бытия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Исход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Левит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Чисел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книгу Второзаконие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слова: «вонми себе...»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слова: «Положи, Господи, хранение устом моим, и дверь ограждения о устнах моих»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слова: «Сыне, моей премудрости внимай, к моим же словесем прилагай ухо твое»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слова: «И се, вся суетство&lt;br&gt; и крушение духа»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пророка Исаии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слова Исаии: Да возмется нечестивый, да не видит славы Господни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пророка Иеремии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слова Иеремии: «Горе нам, яко согрешихом»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некоторые места «Плача Иеремии»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пророка Иезекииля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пророка Даниила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пророка Осии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пророка Иоиля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пророка Амоса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пророка Авдия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слова из книги пророка Ионы «Востани и иди в Ниневию град великий...»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пророка Михея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пророка Захарии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пророка Малахии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Плач о самом себе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Творения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рае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Поучительные слова к египетским монахам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о молитве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«Слово о девстве» святого Ефрема Сирина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Надгробные песнопения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сочинений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Собрание сочинений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ТСО (изд. МДА, 1849–1852)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Сборники, симфонии, указатели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Симфония по творениям преподобного Ефрема Сирина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315 · Кирилл Иерусалимский (ок. 315 — 386)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8 названий · azbyka.ru/otechnik/Kirill_Ierusalimskij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Поучения. 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Поучения огласительные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Тайноводственные поучения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огласительные и тайноводственные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расслабленном при купели (Ин.5:2-16)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расслабленном при купели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императору Констанцию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благочестивейшему царю Констанцию о явившемся на небесах и виденном в Иерусалиме знамении креста из лучей света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 (Spuria)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Сретение Господа нашего и Спасителя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329 · Григорий Богослов (ок. 329 — 389)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25 названий · azbyka.ru/otechnik/Grigorij_Bogoslov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(изд. 1912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(изд. 2007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39. На Святые Светы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Стихотворения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Стихотворения богословские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Стихотворения исторические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Эпитафии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Надписания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душе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De vita sua. Стихотворение, в котором святой Григорий пересказывает жизнь свою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Избранные стихотворения: Carm. 1. 2. 17; 2. 1. 10; 2. 1. 19; 2. 2. 6; 2. 1. 50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Избранные стихотворения: Carm. 2. 1. 38, Carm. 2. 1. 16, Carm. 1. 1. 10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Избранные стихотворения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Стихотворения о девстве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Наставление Олимпиаде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Неизреченное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Песнопения таинственные (сборник избранных стихотворений)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 Никобулов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Гномические стихотворения: Carm. 1. 2. 30–34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(изд. 1912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иже во святых отца нашего Григория Богослова (изд. 2007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к Василию Великому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Завещание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Симфонии или указатели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Симфония по творениям святителя Григория Богослова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Избранные творения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330 · Василий Великий (ок. 330 — 379)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30 названий · azbyka.ru/otechnik/Vasilij_Velikij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Опровержение на защитительную речь злочестивого Евномия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Святом Духе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Нравственные правила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Правила, кратко изложенные в вопросах и ответах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Правила, пространно изложенные в вопросах и ответах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Шестоднев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псалмы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Беседы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том, что Бог не виновник зла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юношам о пользе греческих книг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Гомилия на Рождество Христово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Нравственные 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Иже во святых отец наших Иоанна Ксифилина, архиепископа Константинопольскаго, и Василия Великого, архиепископа Кесарии Каппадокийския некоторые поучения, переведенные с еллино-греческого языка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к разным лицам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 (Spuria)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Гомилия «О девстве»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Подвижнические уставы подвизающимся в общежитии и в отшельничестве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о подвижничестве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Исаии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Гимнография. Каноническое право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Наставление священнику, которому предстоит служить св. Литургию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Коленопреклоненные молитвы на Троицу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сочинений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Собрание сочинений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Симфонии или указатели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Симфония по творениям святителя Василия Великого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Собрание сочинений свт. Василия Великого на греческом языке (Αγίου Βασιλείου του Μεγάλου Άπαντα τα Έργα)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Letters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Hexaemeron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De Spiritu Sancto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Шестоднев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Антропология в наставлениях свт. Василия Великого (Παιδαγωγική Ανθρωπολογία Μεγάλου Βασιλείου)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Беседе о посту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Exhortation To Baptism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335 · Григорий Нисский (ок. 335 — ок. 394)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62 названия · azbyka.ru/otechnik/Grigorij_Nisskij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The Works of St. Gregory of Nyssa S. Gregorii Nysseni opera. Vol. V In inscriptiones psalmorum, In sextum psalmum, In Ecclesiasten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Догматико-полемические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Опровержение Евномия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Большое огласительное слово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Опровержение мнений Аполлинария (антирритик)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Аполлинария к Феофилу, епископу Александрийскому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Авлавию о том, что не «три Бога»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эллинам. На основании общих понятий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Симпликию, о вере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Святом Духе против македонян духоборцев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против Ария и Савеллия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душе и воскресении. Диалог с сестрой Макриной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учения о судьбе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младенцах, преждевременно похищаемых смертью. К Иерию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устроении человека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Защитительное [слово] о Шестодневе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жизни Моисея Законодателя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жизни Моисея законодателя или о совершенстве в добродетели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надписании псалмов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Псалом 6-й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Точное истолкование Екклезиаста Соломонова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Изъяснение Песни песней Соломона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чревовещательнице. Письмо к епископу Феодосию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о молитве Господней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о блаженствах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слова Писания: «а блудяй, во свое тело согрешает» (1Кор.6:18)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Трактат святого Григория Нисского о том, что и сам Сын подчинится Тому, Кто подчинил Себе всё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Проповеди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Божестве Сына и Духа и похвала праведному Аврааму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Рождество Господа нашего Иисуса Христа, и на избиение младенцев в Вифлееме от Ирода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день Светов, в который крестился наш Господь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на Святую Пасху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Вознесение Господа Иисуса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Святом Духе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святому первомученику Стефану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великомученику Феодору (Тирону)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святым сорока мученикам (1-е)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святым сорока мученикам (2-е)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святым сорока мученикам, произнесенное во храме их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день памяти Василия Великого, родного брата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Сретение Господне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при вступлении в пост Четыредесятницы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Надгробное слово Мелетию Великому, епископу Антиохийскому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нищелюбии и благотворительности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нищелюбии, слово 2-е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отлагающих крещение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ростовщиков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тяготящихся церковными наказаниями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к скорбящим о преставившихся от настоящей жизни в вечную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свое рукоположение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Аскетические сочинения и 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девстве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о жизни преподобной Макрины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жизни преподобной Макрины, сестры Василия Великого (к Олимпию монаху)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Армонию о том, что значит звание «христианин»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Олимпию о совершенстве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Сомнительные труды (Dubia)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преподобному отцу нашему Ефрему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сочинений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Gregorii Nysseni Opera (Full set)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On the Making of Man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On the Soul and the Resurrection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The Letters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On the Baptism of Christ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Сочинения свт. Григория Нисского на греческом языке. Экзегетические труды (Αγίου Γρηγορίου Νύσσης Έργα Ερμηνευτικά)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340 · Амвросий Медиоланский (ок. 340 — 397)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47 названий · azbyka.ru/otechnik/Amvrosij_Mediolanskij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Догматическое богословие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Святом Духе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вере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тайне Господнего воплощения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покаянии две книги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покаянии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тайнах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таинствах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Объяснение Символа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Объяснение Символа веры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Таинстве Пасхи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смерти брата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надежде воскресения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утешительное на смерть императора Валентиниана Младшего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 Валентиану против восстановления алтаря Победе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смерть Феодосия Великого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в неделю Ваий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Святую Пасху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взаимной любви христиан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посте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том, как должно встречать день Рождества Христова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обличительное по случаю затмения Луны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Шестоднев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Иакове и блаженной жизни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Иосифе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благе смерти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Исааке, или душе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Церковь, мистическая Ева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(1-53)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54-77. Письма, не вошедшие в собрание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LVII императору Евгению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Гимны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Гимны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Гимны, эпиграммы, надписи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бегстве от мира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вдовицах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воспитании девы и приснодевстве святой Марии к Евсевию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девстве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девстве (de virginitate)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девственницах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наставлении девы и о приснодевстве Святой Марии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падении посвященной девственницы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обязанностях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обязанностях священнослужителей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Увещание к девству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сочинений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Собрание творений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Надежда Воскресения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девстве и браке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Selected Works and Letters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345 · Евагрий Понтийский (345 — 399)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16 названий · azbyka.ru/otechnik/Evagrij_Pontijskij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11. К неизвестному монаху, о бесстрастии и искусстве антиррезиса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о вере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серафимах и херувимах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I. Слово о духовном делании, или Монах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Монах, или Практический трактат: Сто глав о духовной жизни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II. Умозритель, или к тому, кто удостоился ведения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III. Умозрительные главы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Мысли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Опровергатель (I - II)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Прекословящий («Опровергатель», III – IV)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монахам, живущим в киновиях и общинах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Увещание к девственнице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Евлогию монаху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пороках, противоположных добродетелям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помыслах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молитве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347 · Иоанн Златоуст (ок. 347 — 407)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167 названий · azbyka.ru/otechnik/Ioann_Zlatoust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Догматико-полемические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аномеев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слова: «Отче Мой! если возможно, да минует Меня чаша сия; впрочем не как Я хочу, но как Ты» (Мф. 26:39)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слова: «Отец Мой доныне делает...»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Беседа, сказанная в великой церкви, после того как (епископ) сказал немного на Евангелие, на слова: «Сын ничего не может творить Сам от Себя, если не увидит Отца творящего» (Ин.5:19)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иудеев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Рассуждение против иудеев и язычников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том, что кто сам себе не вредит, тому никто вредить не может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к тем, которые соблазняются происшедшими несчастьями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судьбе и провидении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воскресении мертвых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Ветхозаветные толкования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Восемь слов на Книгу Бытия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книгу Бытия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Пять слов об Анне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 беседы о Давиде и Сауле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об Илии и вдовице, а также и о милостыне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Псалмы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Две Беседы на слова пророка Давида: «Не бойся, когда разбогатеет человек»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Отрывки на (книгу) блаженного Иова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 отношении отсутствующих и изложение состязаний и подвигов блаженного и праведного Иова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Толкования на Притчи Соломона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Исайю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Иеремию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слова пророков Исаии и Иеремии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Даниила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неясности пророчеств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змее, повешенном на кресте Моисеем в пустыне, и о Божественной Троице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Обозрение книг Ветхого Завета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Новозаветные толкования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Евангелие от Матфея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Евангелие от Иоанна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Деяния Апостольские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о надписании книги Деяний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послание к Римлянам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1-е послание к Коринфянам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2-е послание к Коринфянам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Галатам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послание к Ефесянам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послание к Филиппийцам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Колоссянам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1-е послание к Фессалоникийцам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2-е послание к Фессалоникийцам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1-е послание к Тимофею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2-е послание к Тимофею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Титу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Филимону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Евреям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притчу о должнике десятью тысячами талантов, взыскивавшем сто динариев (Мф. 18:23-35), и о том, что злопамятство хуже всякого греха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Семь слов о Лазаре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расслабленном, спущенном чрез кровлю; о том, что он не тот же самый, о котором говорится у Иоанна; и о равенстве Сына с Отцом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четверодневном Лазаре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Гомилия на слова: «И не сим только, но хвалимся и скорбями»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слова Апостола: «Знаем, что любящим Бога, ...все содействует ко благу» (Рим.8:28), о терпении и о том, сколько пользы от скорбей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против непришедших в собрание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Две беседы на слова: «Приветствуйте Прискиллу и Акилу»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слова апостола: «Не хочу оставить вас, братия, в неведении, что отцы наши все были под облаком, и все прошли сквозь море» (1Кор.10:1)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Гомилия на слова апостола: «Ибо надлежит быть и разномыслиям между вами, дабы открылись между вами искусные»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слова апостола: «Но, имея тот же дух веры, как написано...» (2Кор.4:13)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слова апостола: «О, если бы вы несколько были снисходительны к моему неразумию!» (2Кор.11:1)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против тех, которые злоупотребляют апостольским изречением: «Как бы ни проповедали Христа, притворно или искренно» (Флп.1:18), и о смирении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сказанная в старой церкви на слова апостола: «Когда же Петр пришел в Антиохию, то я лично противостал ему» (Гал.2:11)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апостольские слова: «Знай же, что в последние дни наступят времена тяжкие» (2 Тим.3:1)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Четыре беседы «О перемене имен»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Отрывки толкований на Соборные 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жизни по Богу и на слова: «Тесны врата» и пр. (Мф. 7:14), и изъяснение молитвы: «Отче наш»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слова: «Какою властью Ты это делаешь?» (Мф.21:23)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Мелхиседеке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Пастырские и катехизические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священстве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Огласительные гомилии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готовящимся к просвещению, и о женах, украшающих себя плетением волос и золотом, и об увлекающихся приметами, или амулетами, или заговорами, – о том, что все это чуждо христианству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Четыре огласительные беседы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Семь огласительных бесед (серия А. Венгера)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огласительные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неосуждении священников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к Олимпиаде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к разным лицам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Праздничные слова и беседы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Новый год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Рождество Спасителя нашего Иисуса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в день Богоявления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о предательстве Иуды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кладбище и кресте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о кресте и разбойнике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против упивающихся и о воскресении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Святую Пасху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огласительное во святую Пасху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святую Пятидесятницу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праздники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в Великую седмицу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Похвальные 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в память св. Васса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мучениках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мучениках и о сокрушении и милостыне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священномученике Фоке и против еретиков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о св. Апостоле Павле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о святых Маккавеях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святого первомученика Стефана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святом священномученике Вавиле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Похвала всем святым, во всем мире пострадавшим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Похвала египетским мученикам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Похвала епископу Диодору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Похвала святой великомученице Дросиде, и о памятовании смерти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Похвала святому мученику Варлааму (1Кор.10:1)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Похвала святому мученику Юлиану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Похвала святому отцу нашему Евстафию, архиепископу Антиохии великой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Похвала святому священномученику Игнатию Богоносцу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Похвальная беседа о св. мученице Пелагии, что в Антиохии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Похвальная беседа о святом мученике Лукиане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Похвальная беседа о святом отце нашем Мелетие, архиепископе Антиохии великой, и о ревности собравшихся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Похвальная беседа о святых мучениках Иувентине и Максимине, пострадавших при Юлиане Отступнике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Похвальная беседа о святых мученицах Вернике и Просдоке девах и о матери их Домнине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Похвальные слова о св. мученике Романе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блаженном Вавиле, а также против Юлиана, и к язычникам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Автобиографические беседы и 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по рукоположении во пресвитера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по возвращении из изгнания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принятии Севериана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пред отправлением в ссылку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по возвращении из первой ссылки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жене хананейской, сказанная по возвращении святителя из ссылки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Гомилии на разные случаи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о статуях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после землетрясения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Евтропия евнуха, патриция и консула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когда Евтропий, найденный вне церкви, был схвачен, и о садах и писаниях, и на слова: «Стала царица одесную Тебя» (Пс.44:10)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когда Сатурнин и Аврелиан были отправлены в ссылку, и Гайна вышел из города, и о сребролюбии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против оставивших церковь и ушедших на конские ристалища и зрелища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Гомилия на Собор бесплотных сил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наслаждении будущими благами и ничтожестве настоящих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Феодору падшему увещания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душевном сокрушении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враждующим против монашеской жизни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Стагирию подвижнику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о бессилии дьявола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о девстве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к жившим вместе с девственницами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к девственницам, жившим вместе с мужчинами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молодой вдове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о браке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о покаянии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том, что говорить к народу с угодливостью опасно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Гомилия «О милостыне»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том, что не должно разглашать грехов братий и молиться о вреде врагам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том, что никому не должно отчаиваться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тщеславии и о том, как должно родителям воспитывать детей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воздержании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скорбях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совершенной любви, и о воздаянии по достоинству дел, и о сокрушении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том, что один Законодатель Ветхого и Нового заветов, также об одежде священника, и о покаянии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утешении при смерти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проклятии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SPURIA (приписываемые)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DUBIA (оспариваемые)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Гимнография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Порядок Божественной Литургии святого отца нашего Иоанна Златоуста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Две молитвы Иоанна Златоуста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сочинений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Собрание сочинений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Симфонии или указатели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Симфония по творениям свт. Иоанна Златоуста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Выборки из разных слов св. Иоанна Златоуста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Духовный жемчуг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Книга, глаголемая «Златоуст»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Одиннадцать бесед св. Иоанна Златоуста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Златые струи от Златых уст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Наставления причастникам святых Христовых Тайн по творениям св. Иоанна Златоустаго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Дополнения к беседам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Новозаветные толкования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Собрание сочинений свт. Иоанна Златоуста на греческом языке (Αγίου Ιωάννου του Χρυσοστόμου Άπαντα τα Έργα)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Homilies on the Gospel of John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Instructions to Catechumens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Letters to Saint Olympia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Антропология в наставлениях свт. Иоанна Златоуста (Παιδαγωγική Ανθρωπολογία Ιωάννου Χρυσοστόμου)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Divina Liturgia de san Juan Crisóstomo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Слава Господу за све: Изабране беседе и поуке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La Reconciliación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сујети и како треба родитељи да васпитају децу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347 · Иероним Стридонский (ок. 347 — 420)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48 названий · azbyka.ru/otechnik/Ieronim_Stridonskij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Догматико-полемические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Разговор против люцифериан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Приснодевстве блаженной Марии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Две книги против Иовиниана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против Иоанна Иерусалимского, к Паммахию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Апология против книг Руфина, посланная к Паммахию и Марцелле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против Вигилянция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Разговор против пелагиан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Переводы Священного Писания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Вульгата на русском языке. Четвероевангелие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Вульгата на русском языке. Новый Завет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Библейские справочники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положении и названиях еврейских местностей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Исторические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знаменитых мужах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Хроника блаженного Иеронима - продолжение изложения хроники Е. Памфила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Агиографические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Жизнь Павла пустынника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Житие преподобного отца нашего Илариона Великого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Жизнь пленного монаха Малха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Предисловие блаженного Иеронима к сделанному им латинскому переводу правил св. Пахомия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Сказание о добродетелях блаженной Павлы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творения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 книги толкований на послание к Ефесянам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Прологи к книгам Ветхого Завета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Еврейские вопросы на Книгу Бытия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Екклезиаст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толкований на пророка Наума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Две книги толкований на пророка Михея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Софонию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Аггея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Две книги толкований на пророка Аввакума к Хроматию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Ионы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Авдия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Захарию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Малахию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 книги толкований на пророка Амоса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книги пророков Даниила, Осии, Иоиля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Исайи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Четырнадцать книг толкований на пророка Иезекииля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Шесть книг толкований на пророка Иеремию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Евангелие по Матфею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 книги толкований на послание к Галатам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1-43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44-86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87-117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Десидерию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к Павлину. Об изучении Священного Писания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Паммахию о наилучшем способе перевода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Проповеди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Проповедь на Рождество Христово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сочинений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Собрание сочинений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творения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Liber Quaestionum Hebraicarum in Genesim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On Illustrious Men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St. Jerome: Commentary On Isaiah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354 · Августин Аврелий (354 — 430)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83 названия · azbyka.ru/otechnik/Avrelij_Avgustin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Автобиографические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Исповедь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Апологетические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истинной религии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граде Божием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Символе веры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Христианской борьбе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Энхиридион к Лаврентию, или О вере, надежде и любви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83-х различных вопросах в одной книге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различных вопросах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Троице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Две книги Евангельских вопросов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Дополнение к сочинению «Две книги Евангельских вопросов». Книга 2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Пастырские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обучении оглашаемых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Проповеди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Проповеди и поучения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Проповедь 81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Проповедь в день Пятидесятницы к неофитам, о таинстве Тела и чаши Господней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Рассуждение в 4-й день празднеств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в день Петра и Павла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явлении Иисуса Христа двум ученикам Еммаусским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Слово, говоренное в Карфагене, в трапезе Святого Киприана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текст: Отпущайте, и отпустят вам (Лк. 6:37)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в день святых мучеников Маккавеев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в день Святого Иоанна Крестителя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свободе воли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природе блага против манихеев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супружестве и похоти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благодати и свободном решении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прелюбодейных браках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упреке и благодати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предопределении святых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даре пребывания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Английский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On the Trinity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The City of God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The Confessions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Tractates (Lectures) on the Gospel of John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Латинский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De Coniugiis Adulterinis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Сербский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Исповијести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Drzavi Bozjoj: De Civitate Dei. Књига 1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Drzavi Bozjoj: De Civitate Dei. Књига 2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Drzavi Bozjoj: De Civitate Dei. Књига 3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слободи воље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Тројство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Японский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神の国 1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神の国 2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神の国 3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神の国 4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神の国 5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Философские и литературные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6 книг о музыке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6 книг о музыке (сокращенная версия)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 Soliloqu («Беседы с самим собой»)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Монологи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бессмертии души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блаженной жизни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количестве души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порядке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учителе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академиков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Фрагменты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души с Богом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Время из бдений Блаженного Августина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Молитвы и молитвенные духовные рассуждения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книге Бытия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Главы из трактата «О Книге Бытия» (ранняя редакция)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1-й Псалом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Псалом 125-й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согласии евангелистов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Рассуждения на Евангелие от Иоанна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Рассуждения на Послание Иоанна к Парфянам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Иоанна к Парфянам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Разъяснения некоторых положений из Послания к Римлянам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Блаженного Августина Зеркало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Христианская наука или Основания Герменевтики и Церковного красноречия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Два новооткрытых письма на Восток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Отрывок из письма блж. Августина к Дульценцию (№204)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(28, 29, 246, 210)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130, к Пробе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155, к Македонию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194, к римскому пресвитеру Сиксту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214, к Валентину Адруметскому, 1-е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215. К Валентину и [подвизающимся] вместе с ним монахам адруметским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215А. К Валентину Адруметскому 3-е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217. К Виталию Карфагенскому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258. К Марциану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сочинений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Собрание сочинений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360 · Иоанн Кассиан Римлянин (ок. 360 — 435)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5 названий · azbyka.ru/otechnik/Ioann_Kassian_Rimljanin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постановлениях монастырских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Воплощении Господа против Нестория. Семь книг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Собеседования египетских подвижников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Писания к 10-ти (1-10) посланным к епископу Леонтию и Елладию собеседованиям отцов, пребывавших в скитской пустыне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Писания к 7-ми (11-17) другим, посланным к епископу Гонорату и Евхерию, собеседованиям отцов, живших в египетской пустыне Фиваиде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Писания к 7-ми (18-24) последним, посланным к Иовиниану, Миневрию, Леонтию и Феодору, собеседованиям отцов, обитавших в пределах Нижнего Египта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360 · Исидор Пелусиот (ок. 360 — ок. 449)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4 названия · azbyka.ru/otechnik/Isidor_Pelusiot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Священное Писание Нового Завета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Нагорной проповеди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Письма. Книга 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Письма. Книга II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Письма. Книга III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376 · Кирилл Александрийский (ок. 376 — 444)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80 названий · azbyka.ru/otechnik/Kirill_Aleksandrijskij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Догматико-полемические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сокровищ о Святой и Единосущной Троице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Диалог о вочеловечении Единородного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правой вере царевнам. Часть 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правой вере царевнам. Часть II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правой вере царевнам. Часть III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правой вере к царицам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воплощении Бога 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Защищение «12 глав» против восточных епископов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Евоптию против опровержения «12 глав», составленного Феодоритом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Изъяснение двенадцати глав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Защитительная речь к императору Феодосию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против тех, которые не хотят исповедовать Св. Деву Богородицею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Ответы Тиверию диакону с братией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Разъяснение догматов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Несторию, когда узнал о неправильном образе его мыслей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императора Юлиана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Несторию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обвинявшим его в своих письмах за то, что он, узнав о распространении нечестиваго учения Несториева, не умолчал о нем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одному из ревностных защитников Нестория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константинопольскому клиру, смущенному разномыслием в церкви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Келестину, епископу Римскому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Наставление, данное святейшим епископом Кириллом Посидонию, которого он послал в Рим по делу о Нестории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Иоанну Антиохийскому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Акакию епископу Веррийскому о Нестории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Ювеналию, епископу Иерусалимскому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Несторию об отлучении [«12 глав»]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клиру и народу константинопольскому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монахам константинопольским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1-е, писанное из Родоса, прежде собора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2-е [писаное из Ефеса, прежде собора]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Иоанну, епископу Антиохийскому, отправленное с Павлом, епископом Эмесским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Иоанну, епископу Антиохийскому, и к Собору, собравшемуся в Антиохии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египетским монахам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Два послания к Суккенсу, епископу Диокесарийскому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Святой Символ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козле отпущения. Послание епископу Акакию Скифопольскому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Калосирию, епископу Арсеноитскому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Послание, писанное из Ефеса, к аввам монашествующих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поклонении и служении в духе и истине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Глафиры, или объяснения избранных мест из Книги Бытия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Глафиры, или объяснения избранных мест из Книги Исход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Глафиры, или объяснения избранных мест из Книги Левит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Глафиры, или объяснения избранных мест из Книги Чисел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Глафиры, или объяснения избранных мест из Книги Второзакония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Исаию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Отрывки из толкований на пророков, Варуха, Иезекииля, и Даниила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Осию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Иоиля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Амоса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Авдия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Ионы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Михея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Наума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Аввакума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Софонии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Аггея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Захарии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пророка Малахии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Евангелие от Иоанна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Евангелие от Иоанна (новонайденные фрагменты)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Евреям (фрагменты)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Римлянам (из катен)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Гомилетические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при вступлении во святую Четыредесятницу (Пасхальная гомилия №18)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вере, обращенное к александрийцам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Пасхальные проповеди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Беседа, произнесенная в Ефесе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Беседа, произнесенная в Ефесе в день святого апостола и евангелиста Иоанна Богослова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[Беседа, произнесенная 25 декабря в великой александрийской церкви] о Павле, говорившем прежде, и о воплощении Господа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против Нестория произнесенная после того, как семь епископов присоединились к Святой Марии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Беседа, произнесенная в Ефесе во время Священного собрания, по низложении Нестория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Беседа, сказанная в Ефесе, пред тем, как он взят был комитом и заключен под стражу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Преображение Господа и Бога и Спаса нашего Иисуса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сретение Господа нашего Иисуса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вочеловечении Бога 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притчу о винограднике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Две гомилии на Сретение из «Толкования на Евангелие от Луки»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 (Spuria)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об исходе души и Страшном Суде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Разговор с Несторием о том, что Св. Дева Богородица, а не Христородица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Сочинения свт. Кирилла Александрийского на греческом языке (Αγίου Κυρίλλου Αλεξανδρείας Έργα)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Letters 1-50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393 · Феодорит Кирский (ок. 393 — ок. 457)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59 названий · azbyka.ru/otechnik/Feodorit_Kirskij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Апологетические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Десять слов о промысле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Лечение эллинских недугов. Слово IV. О материи и космосе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Лечение эллинских недугов. Слово XII: «О деятельной добродетели»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Догматико-полемические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Еранист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Сокращенное изложение Божественных догматов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природе человека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вере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Исторические и агиографические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Церковная история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История боголюбцев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Божественной и Святой Любви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Толкование на Ветхий Завет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Бытия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Исход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Левит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Чисел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Второзаконие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Иисуса Навина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Судей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Руфь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1-ю книгу Царств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2-ю книгу Царств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3-ю книгу Царств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4-ю книгу Царств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1-ю книгу Паралипоменон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2-ю книгу Паралипоменон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Изъяснение псалмов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Песнь Песней Соломона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12 пророков. Предисловие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Иеремию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книгу Варуха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Иезекииля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видения Пророка Даниила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Осию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Иоиля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Амоса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Авдия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Иону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Михея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Аввакума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Софонию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Наума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Аггея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Захарию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пророка Малахию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плач Иеремии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Толкование на Новый Завет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Римлянам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2-е послание к Коринфянам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1-е послание к Коринфянам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Галатам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Ефесянам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Филиппийцам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Колоссянам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1-е послание к Фессалоникийцам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2-е послание к Фессалоникийцам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Титу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1-е послание к Тимофею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2-е послание к Тимофею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Филимону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послание к Евреям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400 · Лев Великий (ок. 400 — 461)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10 названий · azbyka.ru/otechnik/Lev_Velikij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1-е послание к клиру и народу города Константинополя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2-е послание к клиру и народу города Константинополя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Окружное или соборное послание, писанное к Флавиану, архиепископу Константинопольскому (против ереси Евтихия)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Слова и речи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 слова о посте по Пятидесятнице. Слово на Пятидесятницу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Проповеди на Святую Четыредесятницу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на Рождество Христово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1-е о Страстях Господних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Пасху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Пятидесятницу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Страстях Господних, произнесенное в воскресенье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400 · Нил Синайский (ум. ок. 430)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17 названий · azbyka.ru/otechnik/Nil_Sinajskij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монаху Агафию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восьми лукавых духах (ТСО)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евангельское изречение: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молитве (ТСО)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Трактаты о монашеской жизни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Сказания об избиении монахов на горе Синайской и о пленении Феодула, сына Нилова.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Нила монашествующего повесть об убиении монахов на горе Синайской и о пленении Феодула, сына его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Алвиану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подвижническое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досточтимейшей Магне, диакониссе анкирской, слово о нестяжательности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том, что пребывающие на безмолвии в пустынях преимуществуют пред живущими в городах, хотя многие из неопытных противного сему мнения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Нравоучительные 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Сирийские сентенции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Мысли, которые могут человека отводить от тленного и прилепляют к нетленному (ТСО)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Разные главы, или мысли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(в четырех частях)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(перевод МДА)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Путь к добродетели. Сборник по письмам прп. Нила Синайского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 (Spuria)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различных лукавых помыслах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V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500 · Дионисий Ареопагит (корпус V–VI в.)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7 названий · azbyka.ru/otechnik/Dionisij_Areopagit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Божественных именах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Мистическом богословии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небесной иерархии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церковной иерархии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Другие переводы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Таинственном Богословии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Корпус сочинений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500 · Варсонофий Великий (VI век)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2 названия · azbyka.ru/otechnik/Varsonofij_Ioann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Руководство к духовной жизни в ответах на вопросы учеников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Симфонии или указатели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Симфония по творениям преподобных Варсануфия Великого и Иоанна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VI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505 · Авва Дорофей (ок. 505 — ок. 565)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3 названия · azbyka.ru/otechnik/Dorofej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Поучения. 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Душеполезные поучения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Дом души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Как возрастать духовно. Наставления на каждый день недели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540 · Григорий Двоеслов (ок. 540 — 604)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44 названия · azbyka.ru/otechnik/Grigorij_Dvoeslov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Книга нравственных поучений, или Толкования на книгу Иова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Беседы на пророка Иезекииля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Сорок бесед на Евангелия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Речь к народу о смертности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Богослужебные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Гимн Спасителю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 Великий пост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Избранные 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Наставления некоторым епископам по случаю общественных бедствий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благоговении к св. мощам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благотворении умершим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том, какую пользу доставляют кресты и другие священные предметы, если носить их на персях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том, сколь не прилично в воскресные дни заниматься житейскими делами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тщете страданий, какие претерпевают находящиеся вне общения с Церковью, и в защищение 5-го Вселенского собора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иконах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в обитель Синайскую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к Анастасию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к Евлогию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к Кириаку, патриарху Константинопольскому, к императору Маврикию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к Рустициане, благородной жене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к Феоктисте, сестре Императора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о веротерпимости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о необходимости пастырей Церкви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о средствах обращения неверующих к христианской вере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 разным лицам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150-е, Палладию Епископу Санктонскому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151-е, Григории Брунихильде, Царице Франкской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179-е, Григорию пресвитеру и Феодору диакону Константинопольскому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Августину, епископу Английскому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Григорие, постельничей царицы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Григория Великого к герцогу Беневентскому (в 591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Маврикию Августу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Феодору, врачу Константинопольскому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грузинскому католикосу Кириону I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епископу карфагенскому Доминику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к Леандру, Епископу Испанскому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к Рехареду, царю Визиготскому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к императору Маврикию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к одному из епископов, около 600 г.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гражданам Римским, в коем он запрещает хранить субботу, по обычаю иудейскому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Правило пастырское, или О пастырском служении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Собеседования о жизни италийских отцов и о бессмертии души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 беседы в 3-ю неделю по Пятидесятнице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Проповедь перед народом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Пред очами Божиими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Экзегетические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Pastoral Rule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579 · Иоанн Лествичник (ок. 579 — ок. 649)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5 названий · azbyka.ru/otechnik/Ioann_Lestvichnik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Алфавитный указатель на книгу Святого Иоанна Лествичника, называемую «Лествица»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Избранные места из «Лествицы» преподобного отца нашего Иоанна, игумена Синайской горы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Лествица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Преподобного отца нашего Иоанна, игумена Синайской горы «Лествица» и слово к пастырю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особенное к пастырю, научающее, каков должен быть наставник словесных овец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580 · Максим Исповедник (ок. 580 — 662)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33 названия · azbyka.ru/otechnik/Maksim_Ispovednik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Богословские и 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Богословско-полемические сочинения (Opuscula Theologica et Polemica)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Диспут в Визии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о покаянии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Аскетические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подвижнической жизни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Главы о любви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Разрешение различных трудностей в Священном Писании и в творениях отцов Церкви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Вопросы и недоумения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Амбигвы. Трудности к Фоме (Ambigua ad Thomam), Трудности к Иоанну (Ambigua ad Iohannem)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Амбигвы к Фоме (о различных недоумениях у святых Дионисия и Григория)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Амбигвы к Иоанну (о трудностях) 1-97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различных трудных местах (апориях), 18, …, 101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различных трудных местах (апориях), 23, …, 154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различных трудных местах (апориях), 103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Амбигва 37. Письмо шестое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Фоме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Вопросоответы к Фалассию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59 псалом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Феопемпту схоластику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Другие экзегетические и мистагогические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Толкование на молитву Господню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Главы о богословии и о Домостроительстве воплощения Сына Божия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Мистагогия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Схолии к труду Дионисия Ареопагита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Различные богословские и домостроительные главы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Десять глав о добродетели и пороке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Пасхалистический трактат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Пасхалистический трактат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(2-е издание)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к монаху Анастасию, его ученику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 Иоанну Кубикуларию о любви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о существе и ипостаси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«Диспут с Пирром»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Диспут с Пирром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Житие Пресвятой Владычицы нашей Богородицы, и Приснодевы Марии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душе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Гимны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VII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613 · Исаак Сирин (VII век)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16 названий · azbyka.ru/otechnik/Isaak_Sirin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Воспламенение ума в духовной пустыне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подвижнические (перевод 1854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подвижнические (СТСЛ 2008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подвижнические (СТСЛ 2019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постнические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 мистических трактата, не вошедшие в греческий перевод первого собрания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божественных тайнах и о духовной жизни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Гимнография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Молитвы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Симфонии или указатели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Симфония по творениям преп. Исаака Сирина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Алфавитный указатель предметов, содержащихся в Словах святаго Исаака Сирина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Азбука духовная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Изборник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Путь в жизнь вечную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Подвижнические наставления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Призывай непрестанно Бога. По творениям преподобного Исаака Сирина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Труды на сербском языке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Подвиг (аскеза) у нашем животу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675 · Иоанн Дамаскин (ок. 675 — ок. 753)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41 название · azbyka.ru/otechnik/Ioann_Damaskin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1-е похвальное слово на Успение Всепетой Преславной и Преблагословенной Владычицы нашей Богородицы и Приснодевы Марии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2-е похвальное слово на Всечестное Успение Пресвятой Богородицы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3-е похвальное слово на Всечестное Успение Богоматери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изсохшую смоковницу и притчу о винограде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Два слова на Рождество Пресвятой Богородицы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Преображение Господа нашего Иисуса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святую Великую Субботу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Кресте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об усопших в вере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Смиренного монаха и пресвитера Иоанна Дамаскина слово на Рождество Пресвятой Богородицы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 похвальных слова на Успение Богоматери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Источник знания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Источник знания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ста ересях вкратце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Точное изложение православной веры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Философские главы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Прочие догматические и философские сочинения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Введение в основы догматического богословия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Трактат о правомыслии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сарацина с христианином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Блаженного Иоанна монаха и пресвитера послание, Писанное Иордану архимандриту, о Трисвятой песни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Иже во Святых отца нашего Иоанна Дамаскина, монаха и пресвитера, против манихеев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Иже во святых отца нашего Иоанна Дамаскина о сложной природе против акефалов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Иже во святых отца нашего Иоанна Дамаскина слово о вере против несториан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драконах и привидениях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драконах и привидениях (из «Малых трактатов»)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свойствах двух природ во Едином Христе Господе нашем, а попутно и о двух волях и действиях и одной ипостаси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сложной природе против акефалов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Иордану о Трисвятой песне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как бы от лица святейшего Петра, епископа Дамаскского, лжеепископу Дары, Яковиту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Преподобного аввы Иоанна Дамаскина Златоструя слово против несториан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манихеев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вере против несториан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 защитительных слова против отвергающих святые иконы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 защитительных слова против порицающих святые иконы или изображения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 слова в защиту иконопочитания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Сомнительные труды (Dubia)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Душеполезное слово о добродетелях и страстях душевных и телесных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душеполезное и досточудное о страстях и добродетелях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Душеполезная повесть о жизни Варлаама и Иоасафа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восьми главных страстях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Гимнография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Канон на Успение Пресвятой Богородицы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девяти музах и семи свободных художествах. О разуме. О мысли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Творения. Христологические и полемические трактаты. Слова на Богородичные праздники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VIII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759 · Феодор Студит (759 — 826)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42 названия · azbyka.ru/otechnik/Feodor_Studit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к разным лицам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поклонение честнаго и животворящаго Креста среди четыредесятницы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Огласительное слово во святую и великую неделю Пасхи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на Успение святой Владычицы нашей Богородицы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собор небесных чинов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рождение святого пророка Предтечи Крестителя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на усекновение священной главы великого Крестителя Христова и Предтечи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в честь великого Иоанна апостола и евангелиста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в честь славного и святого апостола Христова Варфоломея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[Col. 884] XII. Преподобного отца нашего и исповедника Феодора огласительное надгробное слово в честь его матери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на 3-е обретение Честной главы святого Предтечи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святому Арсению анахорету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[Col. 804] X. Преподобного отца нашего и исповедника Феодора, игумена Студийского, надгробное слово в честь Платона, его духовного отца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 перенесении из Самофракии в Сигриану священных мощей святейшего чудотворца отца нашего Феофана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Научение годичное Студийского монастыря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Субботу Акафиста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 навечерие [праздника] Светов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Литургика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Гимны (кондаки)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Догматико-полемические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Первое опровержение иконоборцев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Второе опровержение иконоборцев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Третье опровержение иконоборцев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Опровержение и низложение нечестивых стихотворных произведений Иоанна, Игнатия, Сергия и Стефана, новых противников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Некоторые вопросы иконоборцам, утверждающим, что Господь наш Иисус Христос неописуем по телесному образу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Платону, его (духовному) отцу, о почитании икон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иконоборцев семь глав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Великое оглашение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Малое оглашение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Огласительные поучения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Пасхе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Эпиграммы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«Ипотипосис» Студийского монастыря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Завещание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Сомнительные труды (Dubia)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[Col. 1721] Преподобного отца нашего и исповедника Феодора, пресвитера и игумена студийского, правила об исповеди и разрешениях ее, изложенные им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Ежедневные епитимии для монахов, изложенные преподобнейшим отцом нашим Феодором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Изъяснение Божественной Литургии Преждеосвященных Даров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Преподобного отца нашего и исповедника Феодора, игумена Студийского, епитимии общие для всего братства против нарушающих правило в церкви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Преподобного отца нашего и исповедника Феодора, пресвитера и игумена Студийского, правила по поводу некоторых вопросов и ответов на них, собранные им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Схолия на «Аскетикон» святого Василия Великого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Устав с Богом внутреннего устройства Студийского монастыря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Четыре главы о подвижнической жизни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сочинений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Собрание сочинений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IX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820 · Фотий Константинопольский (ок. 820 — 896)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53 названия · azbyka.ru/otechnik/Fotij_Konstantinopolskij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Догматико-полемические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тайноводственное о Святом Духе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Фотия патриарха слово о тайноводстве Святого Духа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«Диалог с язычником»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Интронизационное послание Патриарха Фотия папе Николаю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Ответ папы Николая I на первое послание патриарха Фотия (Epistula 83)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2-е послание патриарха Фотия папе Николаю I (Epistula 290)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Ответ папы Николая I на второе послание патриарха Фотия (Epistula 12/86)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Окружное послание к Восточным Архиерейским Престолам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патриарха Фотия архиепископу Аквилейскому (Epistula 291) (Пер. Д.Е. Афиногенова)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учительное о семи соборах, и о православной вере, и как подобает быть князю (Пер. диак. Феодора)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Фотия, святейшего патриарха Константинопольского, послание, к Михаилу князю болгарскому, о должности княжеской (пер. иерод. Иуст. Драницына. 1779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Фотия, святейшего архиепископа Константинопольского обзорное изложение о новоявленной манихейской поросли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[Послание] против недавно уродившегося манихейского заблуждения, Арсению, благочестивейшему монаху, пресвитеру и игумену из святых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Слова и беседы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в неделю Ваий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первая на Благовещение Пресвятой Богородицы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вторая на Благовещение Пресвятой Богородицы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1-я на нашествие Россов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2-я на нашествие Россов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на Вознесение Господне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Беседа, произнесенная в храме Святой Софии в пятницу первой недели Великого Поста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Беседа, говоренная с амвона Великой церкви, в Великую субботу, в присутствии христолюбивого царя, когда открыт был живописный образ Богоматери (Пер. 1864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Гомилия, сказанная на амвоне Великой церкви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Беседа с амвона Святой Софии, когда православным и великим царям нашим воздвигнут был столп с надписью в память торжества над всеми ересями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17-я гомилия. Слово в Великую Субботу 867 г. (пер. протод. В. Василика)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Рождество Пресвятой Богородицы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Библиотека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Библиотека (Μυριοβίβλιον)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Мириобиблион. Об ораторах и риторах IV в. (Cod. 74, 90, 165)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Амфилохии и 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Общий список амфилохий свт. Фотия, переведенных на русский язык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Амфилохии 92, 107, 111, 116, 117, 122-130, 137-139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Амфилохии 15-21; 38-41; 76, 78-80, 140-148, 150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Амфилохии 45, 49-55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Амфилохии 56-65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Амфилохии 66-74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Амфилохии 151-181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Амфилохии 182–187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Амфилохии 188–190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Амфилохии 191, 192, 205, 217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Амфилохии. Трактат 1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Амфилохии. Трактаты 223–248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Вопросы [28, 181, 182, 183] (из Амфилохий)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Избранные трактаты из «Амфилохий» [2-20, 22-37, 45, 49, 75, 77, 92, 107, 111, 116, 117, 205, 217]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Общий список писем свт. Фотия, переведенных на русский язык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[174, 177]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[41, 126, 167, 188, 194, 202, 225, 218, 227, 20, 26, 27, 32]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[85, 101, 102, 89, 90, 91, 92, 93, 100]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святителя Фотия, патриарха Константинопольского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 к епископам, монахам, мирянам, а также «Амфилохии»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вопрошавшему, как оправдать божественного Апостола, который то называет себя Иудеем, то Римлянином, и то говорит, что отечество его – Тарс, то выдает себя за уроженца Рима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Федору игумену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Канонические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Номоканон константинопольского патриарха Фотия с толкованием Вальсамона (Части 1-2)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Поэзия, малые произведения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гробе Господа нашего Иисуса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Похвальное слово христолюбивому владыке Василию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X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949 · Симеон Новый Богослов (949 — 1022)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21 название · azbyka.ru/otechnik/Simeon_Novyj_Bogoslov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Послание об исповеди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Богословские 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Двенадцать слов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памяти смерти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богословские и нравственные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нравственное 1-е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огласительное 18-е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Нравственно-аскетические труды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Главы богословские, умозрительные и практические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Главизны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Dubia (оспариваемые)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1, 2 из корпуса «33 Слов» (Orationes [Dub.])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3, 4 из корпуса «33 Слов» (Orationes [Dub.])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Слова 5, 6 из корпуса «33 Слов» (Orationes [Dub.])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Приписываемые труды (Spuria)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Диалог схоластика с Симеоном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Метод священной молитвы и внимания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Гимнография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Благодарения Богу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Гимны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Избранные гимны в стихотворном переводе с греческого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Молитвы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Сборники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Алфавитный указатель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XIII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1296 · Григорий Палама (1296 — 1359)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29 названий · azbyka.ru/otechnik/Grigorij_Palama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Богословско-полемические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Об исхождении Святого Духа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Против Векка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Второе послание относительно Варлаама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к Акиндину, посланное из Фессалоники прежде соборного осуждения Варлаама и Акиндина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Триады в защиту священно-безмолвствующих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Святогорский томос в защиту священнобезмолвствующих (1340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Божественном соединении и разделении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Божественных энергиях и их причастии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9.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божественном и обоживающем причастии или о божественной и сверхъестественной простоте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10.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Собеседование православного с варлаамитом, подробно опровергающее варлаамитское заблуждение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Собеседование православного Феофана с возвратившимся от варлаамитов Феотимом, или О божественности и о том, что в ней причаствуемо, а что непричаствуемо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 том, что Варлаам и Акиндин являются дихотомитами, воистину худо и безбожно на две неравные божественности рассекающими одну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Антирретики против Акиндина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Полемика с Акиндином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Исповедание Православной веры (1344 г.)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Сто пятьдесят глав, посвященных вопросам естественнонаучным, богословским и нравственным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Диспут с хионами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Аскетические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Десятисловие христианского законоположения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Жизнь во Христе согласно учению святителя Григория Паламы. Фрагменты текстов святителя Григория, изложенные для собраний молодёжи Духовного центра митрополичьего собора Салоник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Изъяснение десяти заповедей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 иеромонаху Павлу Асеню о монашеской схиме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Святого Григория Паламы, митрополита Солунского, три творения доселе не бывшие изданными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житие прп. Петра Афонского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Три главы о молитве и чистоте сердца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Беседы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Десять бесед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Омилии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своей Церкви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Гимнография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Молитва ко Пресвятей Богородице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Собрание творений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Творения Григория Паламы, архиепископа Фессалонитского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XIV век</w:t>
      </w:r>
    </w:p>
    <w:p>
      <w:pPr>
        <w:keepNext/>
        <w:spacing w:before="280" w:after="80"/>
      </w:pPr>
      <w:r>
        <w:rPr>
          <w:rFonts w:ascii="Times New Roman" w:hAnsi="Times New Roman" w:cs="Times New Roman" w:eastAsia="Times New Roman"/>
          <w:i w:val="0"/>
          <w:color w:val="1A1714"/>
          <w:sz w:val="26"/>
        </w:rPr>
        <w:t>1322 · Николай Кавасила (ок. 1322 — ок. 1392)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12 названий · azbyka.ru/otechnik/Nikolaj_Kavasila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Слова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Похвала святому преподобномученику Андрею Новому, совершившему течение мученичества в Иерусалиме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Семь слов о жизни во Христе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Благовещение Пресвятой Владычицы нашей Богородицы и Приснодевы Марии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4.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Вознесение Господа и Бога и Спаса нашего Иисуса Христа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5.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Преславное Рождество Пресвятой Владычицы нашей Богородицы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6.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на достопоклоняемое и преславное Успение Пресвятой и Пречистой Владычицы нашей Богородицы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7.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Слово против нелепостей Григоры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8.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Трактат «О беззаконных дерзостях архонтов в отношении священных [имуществ]»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Литургика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Изъяснение Божественной Литургии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2.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Изъяснение обрядов Божественной Литургии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3.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Изъяснение священных одежд</w:t>
      </w:r>
    </w:p>
    <w:p>
      <w:pPr>
        <w:keepNext/>
        <w:spacing w:before="200" w:after="40"/>
      </w:pPr>
      <w:r>
        <w:rPr>
          <w:rFonts w:ascii="Times New Roman" w:hAnsi="Times New Roman" w:cs="Times New Roman" w:eastAsia="Times New Roman"/>
          <w:i w:val="0"/>
          <w:color w:val="6F7A52"/>
          <w:sz w:val="24"/>
        </w:rPr>
        <w:t>Письма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1.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Письмо Димитрию Кидону</w:t>
      </w:r>
    </w:p>
    <w:p>
      <w:r>
        <w:br w:type="page"/>
      </w:r>
    </w:p>
    <w:p>
      <w:pPr>
        <w:keepNext/>
        <w:spacing w:before="400" w:after="120"/>
      </w:pPr>
      <w:r>
        <w:rPr>
          <w:rFonts w:ascii="Times New Roman" w:hAnsi="Times New Roman" w:cs="Times New Roman" w:eastAsia="Times New Roman"/>
          <w:i w:val="0"/>
          <w:color w:val="A24B32"/>
          <w:sz w:val="30"/>
        </w:rPr>
        <w:t>Чего в списке нет</w:t>
      </w:r>
    </w:p>
    <w:p>
      <w:pPr>
        <w:jc w:val="both"/>
      </w:pPr>
      <w:r>
        <w:rPr>
          <w:rFonts w:ascii="Times New Roman" w:hAnsi="Times New Roman" w:cs="Times New Roman" w:eastAsia="Times New Roman"/>
          <w:i w:val="0"/>
          <w:color w:val="1A1714"/>
          <w:sz w:val="24"/>
        </w:rPr>
        <w:t>У этих авторов в каталоге библиотеки нет ни одного отдельного труда. Это не значит, что их не читают по-русски: сохранившееся от них лежит внутри чужих книг. Папий Иерапольский написал Изложение изречений Господних в пяти книгах, но целиком оно утрачено — до нас дошли только куски, которые приводят Евсевий Кесарийский в Церковной истории и Ириней Лионский. Отдельного русского издания поэтому и нет, читать его надо у них.</w:t>
      </w:r>
    </w:p>
    <w:p>
      <w:pPr>
        <w:spacing w:after="60"/>
        <w:ind w:left="454"/>
      </w:pPr>
      <w:r>
        <w:rPr>
          <w:rFonts w:ascii="Times New Roman" w:hAnsi="Times New Roman" w:cs="Times New Roman" w:eastAsia="Times New Roman"/>
          <w:i w:val="0"/>
          <w:color w:val="A24B32"/>
          <w:sz w:val="24"/>
        </w:rPr>
        <w:t xml:space="preserve">— </w:t>
      </w: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Папий Иерапольский (ок. 70 — ок. 155)</w:t>
      </w:r>
    </w:p>
    <w:p>
      <w:pPr>
        <w:jc w:val="both"/>
      </w:pP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Кого в списке нет совсем. Русские богословы и подвижники XIX–XX веков, которых в той же библиотеке много, сюда не включены: они не отцы Церкви, а позднейшие авторы. Нет и латинских писателей после Григория Двоеслова — западная традиция после него считается уже средневековой, а не патристической.</w:t>
      </w:r>
    </w:p>
    <w:p>
      <w:pPr>
        <w:jc w:val="both"/>
      </w:pPr>
      <w:r>
        <w:rPr>
          <w:rFonts w:ascii="Times New Roman" w:hAnsi="Times New Roman" w:cs="Times New Roman" w:eastAsia="Times New Roman"/>
          <w:i w:val="0"/>
          <w:color w:val="1A1714"/>
          <w:sz w:val="24"/>
        </w:rPr>
        <w:t>Отдельная оговорка про границы понятия. Тертуллиан, Ориген и Евагрий Понтийский в строгом смысле к отцам Церкви не относятся: их учение частью осуждено. В списке они оставлены потому, что без них история раннего богословия не читается.</w:t>
      </w:r>
    </w:p>
    <w:p>
      <w:r>
        <w:rPr>
          <w:rFonts w:ascii="Times New Roman" w:hAnsi="Times New Roman" w:cs="Times New Roman" w:eastAsia="Times New Roman"/>
          <w:i w:val="0"/>
          <w:color w:val="6E675E"/>
          <w:sz w:val="20"/>
        </w:rPr>
        <w:t>Собрано из открытого каталога; тексты сочинений в документ не входят, приводятся только названия.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Times New Roman" w:hAnsi="Times New Roman" w:cs="Times New Roman" w:eastAsia="Times New Roman"/>
      <w:color w:val="1A1714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